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05107" w14:textId="77777777" w:rsidR="00216114" w:rsidRDefault="00EA18C7">
      <w:pPr>
        <w:spacing w:after="0"/>
        <w:jc w:val="center"/>
      </w:pPr>
      <w:r>
        <w:rPr>
          <w:noProof/>
        </w:rPr>
        <w:drawing>
          <wp:inline distT="0" distB="0" distL="0" distR="0" wp14:anchorId="23B36ADC" wp14:editId="351743CD">
            <wp:extent cx="658368" cy="48867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368" cy="488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123BB" w14:textId="77777777" w:rsidR="00216114" w:rsidRDefault="00EA18C7">
      <w:pPr>
        <w:spacing w:after="0"/>
        <w:jc w:val="center"/>
      </w:pPr>
      <w:r>
        <w:rPr>
          <w:b/>
          <w:sz w:val="32"/>
        </w:rPr>
        <w:t>The Homeless Coalition</w:t>
      </w:r>
    </w:p>
    <w:p w14:paraId="76647A86" w14:textId="77777777" w:rsidR="00216114" w:rsidRDefault="00EA18C7">
      <w:pPr>
        <w:spacing w:after="0"/>
        <w:jc w:val="center"/>
      </w:pPr>
      <w:r>
        <w:rPr>
          <w:i/>
        </w:rPr>
        <w:t>Ending Homelessness - Jasper &amp; Newton County</w:t>
      </w:r>
    </w:p>
    <w:p w14:paraId="07BD4C5C" w14:textId="77777777" w:rsidR="00216114" w:rsidRDefault="00EA18C7">
      <w:pPr>
        <w:spacing w:after="0"/>
        <w:jc w:val="center"/>
      </w:pPr>
      <w:r>
        <w:rPr>
          <w:b/>
          <w:sz w:val="28"/>
        </w:rPr>
        <w:t>2026 Continuum of Care Letter of Intent</w:t>
      </w:r>
    </w:p>
    <w:p w14:paraId="04272BA2" w14:textId="77777777" w:rsidR="00216114" w:rsidRDefault="00EA18C7">
      <w:pPr>
        <w:spacing w:after="80"/>
        <w:jc w:val="center"/>
      </w:pPr>
      <w:r>
        <w:rPr>
          <w:i/>
          <w:sz w:val="15"/>
        </w:rPr>
        <w:t>Local planning, threshold review, and ranking preparation form for FY 2026 HUD CoC NOFO project interest.</w:t>
      </w:r>
    </w:p>
    <w:p w14:paraId="6DC1A0E5" w14:textId="77777777" w:rsidR="00216114" w:rsidRDefault="00EA18C7">
      <w:pPr>
        <w:spacing w:before="80" w:after="60"/>
      </w:pPr>
      <w:r>
        <w:rPr>
          <w:b/>
          <w:sz w:val="20"/>
        </w:rPr>
        <w:t>1. Applicant / Program Information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698"/>
        <w:gridCol w:w="2697"/>
        <w:gridCol w:w="2698"/>
        <w:gridCol w:w="2697"/>
      </w:tblGrid>
      <w:tr w:rsidR="00216114" w14:paraId="44F30D44" w14:textId="77777777">
        <w:trPr>
          <w:trHeight w:hRule="exact" w:val="446"/>
          <w:jc w:val="center"/>
        </w:trPr>
        <w:tc>
          <w:tcPr>
            <w:tcW w:w="2700" w:type="dxa"/>
            <w:shd w:val="clear" w:color="auto" w:fill="EEEEEE"/>
            <w:vAlign w:val="center"/>
          </w:tcPr>
          <w:p w14:paraId="38465020" w14:textId="77777777" w:rsidR="00216114" w:rsidRDefault="00EA18C7">
            <w:pPr>
              <w:spacing w:after="0"/>
            </w:pPr>
            <w:r>
              <w:rPr>
                <w:b/>
              </w:rPr>
              <w:t>Organization Name</w:t>
            </w:r>
          </w:p>
        </w:tc>
        <w:tc>
          <w:tcPr>
            <w:tcW w:w="2700" w:type="dxa"/>
            <w:vAlign w:val="center"/>
          </w:tcPr>
          <w:p w14:paraId="7C7CBADB" w14:textId="77777777" w:rsidR="00216114" w:rsidRDefault="00216114">
            <w:pPr>
              <w:spacing w:after="0"/>
            </w:pPr>
          </w:p>
        </w:tc>
        <w:tc>
          <w:tcPr>
            <w:tcW w:w="2700" w:type="dxa"/>
            <w:shd w:val="clear" w:color="auto" w:fill="EEEEEE"/>
            <w:vAlign w:val="center"/>
          </w:tcPr>
          <w:p w14:paraId="58195E97" w14:textId="77777777" w:rsidR="00216114" w:rsidRDefault="00EA18C7">
            <w:pPr>
              <w:spacing w:after="0"/>
            </w:pPr>
            <w:r>
              <w:rPr>
                <w:b/>
              </w:rPr>
              <w:t>Program Name</w:t>
            </w:r>
          </w:p>
        </w:tc>
        <w:tc>
          <w:tcPr>
            <w:tcW w:w="2700" w:type="dxa"/>
            <w:vAlign w:val="center"/>
          </w:tcPr>
          <w:p w14:paraId="604EAA95" w14:textId="77777777" w:rsidR="00216114" w:rsidRDefault="00216114">
            <w:pPr>
              <w:spacing w:after="0"/>
            </w:pPr>
          </w:p>
        </w:tc>
      </w:tr>
      <w:tr w:rsidR="00216114" w14:paraId="413E6E2B" w14:textId="77777777">
        <w:trPr>
          <w:trHeight w:hRule="exact" w:val="446"/>
          <w:jc w:val="center"/>
        </w:trPr>
        <w:tc>
          <w:tcPr>
            <w:tcW w:w="2700" w:type="dxa"/>
            <w:shd w:val="clear" w:color="auto" w:fill="EEEEEE"/>
            <w:vAlign w:val="center"/>
          </w:tcPr>
          <w:p w14:paraId="3B50BC33" w14:textId="77777777" w:rsidR="00216114" w:rsidRDefault="00EA18C7">
            <w:pPr>
              <w:spacing w:after="0"/>
            </w:pPr>
            <w:r>
              <w:rPr>
                <w:b/>
              </w:rPr>
              <w:t>Agency Contact</w:t>
            </w:r>
          </w:p>
        </w:tc>
        <w:tc>
          <w:tcPr>
            <w:tcW w:w="2700" w:type="dxa"/>
            <w:vAlign w:val="center"/>
          </w:tcPr>
          <w:p w14:paraId="2350C9D8" w14:textId="77777777" w:rsidR="00216114" w:rsidRDefault="00216114">
            <w:pPr>
              <w:spacing w:after="0"/>
            </w:pPr>
          </w:p>
        </w:tc>
        <w:tc>
          <w:tcPr>
            <w:tcW w:w="2700" w:type="dxa"/>
            <w:shd w:val="clear" w:color="auto" w:fill="EEEEEE"/>
            <w:vAlign w:val="center"/>
          </w:tcPr>
          <w:p w14:paraId="6D5C2AB9" w14:textId="77777777" w:rsidR="00216114" w:rsidRDefault="00EA18C7">
            <w:pPr>
              <w:spacing w:after="0"/>
            </w:pPr>
            <w:r>
              <w:rPr>
                <w:b/>
              </w:rPr>
              <w:t>Contact Title</w:t>
            </w:r>
          </w:p>
        </w:tc>
        <w:tc>
          <w:tcPr>
            <w:tcW w:w="2700" w:type="dxa"/>
            <w:vAlign w:val="center"/>
          </w:tcPr>
          <w:p w14:paraId="03DFF173" w14:textId="77777777" w:rsidR="00216114" w:rsidRDefault="00216114">
            <w:pPr>
              <w:spacing w:after="0"/>
            </w:pPr>
          </w:p>
        </w:tc>
      </w:tr>
      <w:tr w:rsidR="00216114" w14:paraId="718996D7" w14:textId="77777777">
        <w:trPr>
          <w:trHeight w:hRule="exact" w:val="446"/>
          <w:jc w:val="center"/>
        </w:trPr>
        <w:tc>
          <w:tcPr>
            <w:tcW w:w="2700" w:type="dxa"/>
            <w:shd w:val="clear" w:color="auto" w:fill="EEEEEE"/>
            <w:vAlign w:val="center"/>
          </w:tcPr>
          <w:p w14:paraId="1315339A" w14:textId="77777777" w:rsidR="00216114" w:rsidRDefault="00EA18C7"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w="2700" w:type="dxa"/>
            <w:vAlign w:val="center"/>
          </w:tcPr>
          <w:p w14:paraId="2F695577" w14:textId="77777777" w:rsidR="00216114" w:rsidRDefault="00216114">
            <w:pPr>
              <w:spacing w:after="0"/>
            </w:pPr>
          </w:p>
        </w:tc>
        <w:tc>
          <w:tcPr>
            <w:tcW w:w="2700" w:type="dxa"/>
            <w:shd w:val="clear" w:color="auto" w:fill="EEEEEE"/>
            <w:vAlign w:val="center"/>
          </w:tcPr>
          <w:p w14:paraId="77008ABF" w14:textId="77777777" w:rsidR="00216114" w:rsidRDefault="00EA18C7"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w="2700" w:type="dxa"/>
            <w:vAlign w:val="center"/>
          </w:tcPr>
          <w:p w14:paraId="6AD7BD64" w14:textId="77777777" w:rsidR="00216114" w:rsidRDefault="00216114">
            <w:pPr>
              <w:spacing w:after="0"/>
            </w:pPr>
          </w:p>
        </w:tc>
      </w:tr>
      <w:tr w:rsidR="00216114" w14:paraId="356C01D2" w14:textId="77777777">
        <w:trPr>
          <w:trHeight w:hRule="exact" w:val="446"/>
          <w:jc w:val="center"/>
        </w:trPr>
        <w:tc>
          <w:tcPr>
            <w:tcW w:w="2700" w:type="dxa"/>
            <w:shd w:val="clear" w:color="auto" w:fill="EEEEEE"/>
            <w:vAlign w:val="center"/>
          </w:tcPr>
          <w:p w14:paraId="466CBD80" w14:textId="77777777" w:rsidR="00216114" w:rsidRDefault="00EA18C7">
            <w:pPr>
              <w:spacing w:after="0"/>
            </w:pPr>
            <w:r>
              <w:rPr>
                <w:b/>
              </w:rPr>
              <w:t>Mailing Address</w:t>
            </w:r>
          </w:p>
        </w:tc>
        <w:tc>
          <w:tcPr>
            <w:tcW w:w="2700" w:type="dxa"/>
            <w:vAlign w:val="center"/>
          </w:tcPr>
          <w:p w14:paraId="54AEBA08" w14:textId="77777777" w:rsidR="00216114" w:rsidRDefault="00216114">
            <w:pPr>
              <w:spacing w:after="0"/>
            </w:pPr>
          </w:p>
        </w:tc>
        <w:tc>
          <w:tcPr>
            <w:tcW w:w="2700" w:type="dxa"/>
            <w:shd w:val="clear" w:color="auto" w:fill="EEEEEE"/>
            <w:vAlign w:val="center"/>
          </w:tcPr>
          <w:p w14:paraId="4E239946" w14:textId="77777777" w:rsidR="00216114" w:rsidRDefault="00EA18C7">
            <w:pPr>
              <w:spacing w:after="0"/>
            </w:pPr>
            <w:r>
              <w:rPr>
                <w:b/>
              </w:rPr>
              <w:t>City, State, ZIP</w:t>
            </w:r>
          </w:p>
        </w:tc>
        <w:tc>
          <w:tcPr>
            <w:tcW w:w="2700" w:type="dxa"/>
            <w:vAlign w:val="center"/>
          </w:tcPr>
          <w:p w14:paraId="46BC0080" w14:textId="77777777" w:rsidR="00216114" w:rsidRDefault="00216114">
            <w:pPr>
              <w:spacing w:after="0"/>
            </w:pPr>
          </w:p>
        </w:tc>
      </w:tr>
      <w:tr w:rsidR="00216114" w14:paraId="4FE3B48F" w14:textId="77777777">
        <w:trPr>
          <w:trHeight w:hRule="exact" w:val="446"/>
          <w:jc w:val="center"/>
        </w:trPr>
        <w:tc>
          <w:tcPr>
            <w:tcW w:w="2700" w:type="dxa"/>
            <w:shd w:val="clear" w:color="auto" w:fill="EEEEEE"/>
            <w:vAlign w:val="center"/>
          </w:tcPr>
          <w:p w14:paraId="0B8EAE88" w14:textId="77777777" w:rsidR="00216114" w:rsidRDefault="00EA18C7">
            <w:pPr>
              <w:spacing w:after="0"/>
            </w:pPr>
            <w:r>
              <w:rPr>
                <w:b/>
              </w:rPr>
              <w:t>Alternate Contact / Phone</w:t>
            </w:r>
          </w:p>
        </w:tc>
        <w:tc>
          <w:tcPr>
            <w:tcW w:w="2700" w:type="dxa"/>
            <w:vAlign w:val="center"/>
          </w:tcPr>
          <w:p w14:paraId="7BCA57B1" w14:textId="77777777" w:rsidR="00216114" w:rsidRDefault="00216114">
            <w:pPr>
              <w:spacing w:after="0"/>
            </w:pPr>
          </w:p>
        </w:tc>
        <w:tc>
          <w:tcPr>
            <w:tcW w:w="2700" w:type="dxa"/>
            <w:shd w:val="clear" w:color="auto" w:fill="EEEEEE"/>
            <w:vAlign w:val="center"/>
          </w:tcPr>
          <w:p w14:paraId="1C931BA9" w14:textId="77777777" w:rsidR="00216114" w:rsidRDefault="00EA18C7">
            <w:pPr>
              <w:spacing w:after="0"/>
            </w:pPr>
            <w:r>
              <w:rPr>
                <w:b/>
              </w:rPr>
              <w:t>Amount Requested</w:t>
            </w:r>
          </w:p>
        </w:tc>
        <w:tc>
          <w:tcPr>
            <w:tcW w:w="2700" w:type="dxa"/>
            <w:vAlign w:val="center"/>
          </w:tcPr>
          <w:p w14:paraId="5298EDB2" w14:textId="77777777" w:rsidR="00216114" w:rsidRDefault="00EA18C7">
            <w:pPr>
              <w:spacing w:after="0"/>
            </w:pPr>
            <w:r>
              <w:t>$</w:t>
            </w:r>
          </w:p>
        </w:tc>
      </w:tr>
    </w:tbl>
    <w:p w14:paraId="6D92A531" w14:textId="77777777" w:rsidR="00216114" w:rsidRDefault="00EA18C7">
      <w:pPr>
        <w:spacing w:before="80" w:after="60"/>
      </w:pPr>
      <w:r>
        <w:rPr>
          <w:b/>
          <w:sz w:val="20"/>
        </w:rPr>
        <w:t>2. Application Pathway / Funding Source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597"/>
        <w:gridCol w:w="3597"/>
        <w:gridCol w:w="3596"/>
      </w:tblGrid>
      <w:tr w:rsidR="00216114" w14:paraId="7BB39FEB" w14:textId="77777777">
        <w:trPr>
          <w:jc w:val="center"/>
        </w:trPr>
        <w:tc>
          <w:tcPr>
            <w:tcW w:w="3600" w:type="dxa"/>
            <w:shd w:val="clear" w:color="auto" w:fill="D9EAF7"/>
          </w:tcPr>
          <w:p w14:paraId="2DD84170" w14:textId="77777777" w:rsidR="00216114" w:rsidRDefault="00EA18C7">
            <w:pPr>
              <w:spacing w:after="0"/>
            </w:pPr>
            <w:r>
              <w:rPr>
                <w:b/>
              </w:rPr>
              <w:t>New / Competitive</w:t>
            </w:r>
          </w:p>
        </w:tc>
        <w:tc>
          <w:tcPr>
            <w:tcW w:w="3600" w:type="dxa"/>
            <w:shd w:val="clear" w:color="auto" w:fill="D9EAF7"/>
          </w:tcPr>
          <w:p w14:paraId="5C532A3F" w14:textId="77777777" w:rsidR="00216114" w:rsidRDefault="00EA18C7">
            <w:pPr>
              <w:spacing w:after="0"/>
            </w:pPr>
            <w:r>
              <w:rPr>
                <w:b/>
              </w:rPr>
              <w:t>Renewal / Existing</w:t>
            </w:r>
          </w:p>
        </w:tc>
        <w:tc>
          <w:tcPr>
            <w:tcW w:w="3600" w:type="dxa"/>
            <w:shd w:val="clear" w:color="auto" w:fill="D9EAF7"/>
          </w:tcPr>
          <w:p w14:paraId="7D889471" w14:textId="77777777" w:rsidR="00216114" w:rsidRDefault="00EA18C7">
            <w:pPr>
              <w:spacing w:after="0"/>
            </w:pPr>
            <w:r>
              <w:rPr>
                <w:b/>
              </w:rPr>
              <w:t>System / Local Review</w:t>
            </w:r>
          </w:p>
        </w:tc>
      </w:tr>
      <w:tr w:rsidR="00216114" w14:paraId="4F427AA8" w14:textId="77777777">
        <w:trPr>
          <w:trHeight w:hRule="exact" w:val="432"/>
          <w:jc w:val="center"/>
        </w:trPr>
        <w:tc>
          <w:tcPr>
            <w:tcW w:w="3600" w:type="dxa"/>
          </w:tcPr>
          <w:p w14:paraId="350AF7BA" w14:textId="77777777" w:rsidR="00216114" w:rsidRDefault="00EA18C7">
            <w:pPr>
              <w:spacing w:after="0"/>
            </w:pPr>
            <w:r>
              <w:rPr>
                <w:sz w:val="14"/>
              </w:rPr>
              <w:t>☐ New Project</w:t>
            </w:r>
          </w:p>
        </w:tc>
        <w:tc>
          <w:tcPr>
            <w:tcW w:w="3600" w:type="dxa"/>
          </w:tcPr>
          <w:p w14:paraId="00CE7011" w14:textId="77777777" w:rsidR="00216114" w:rsidRDefault="00EA18C7">
            <w:pPr>
              <w:spacing w:after="0"/>
            </w:pPr>
            <w:r>
              <w:rPr>
                <w:sz w:val="14"/>
              </w:rPr>
              <w:t>☐ Renewal Project</w:t>
            </w:r>
          </w:p>
        </w:tc>
        <w:tc>
          <w:tcPr>
            <w:tcW w:w="3600" w:type="dxa"/>
          </w:tcPr>
          <w:p w14:paraId="0AADF952" w14:textId="77777777" w:rsidR="00216114" w:rsidRDefault="00EA18C7">
            <w:pPr>
              <w:spacing w:after="0"/>
            </w:pPr>
            <w:r>
              <w:rPr>
                <w:sz w:val="14"/>
              </w:rPr>
              <w:t>☐ CoC Planning Project (CA only)</w:t>
            </w:r>
          </w:p>
        </w:tc>
      </w:tr>
      <w:tr w:rsidR="00216114" w14:paraId="458A0FCC" w14:textId="77777777">
        <w:trPr>
          <w:trHeight w:hRule="exact" w:val="432"/>
          <w:jc w:val="center"/>
        </w:trPr>
        <w:tc>
          <w:tcPr>
            <w:tcW w:w="3600" w:type="dxa"/>
          </w:tcPr>
          <w:p w14:paraId="44686964" w14:textId="77777777" w:rsidR="00216114" w:rsidRDefault="00EA18C7">
            <w:pPr>
              <w:spacing w:after="0"/>
            </w:pPr>
            <w:r>
              <w:rPr>
                <w:sz w:val="14"/>
              </w:rPr>
              <w:t>☐ CoC Bonus (new project funding)</w:t>
            </w:r>
          </w:p>
        </w:tc>
        <w:tc>
          <w:tcPr>
            <w:tcW w:w="3600" w:type="dxa"/>
          </w:tcPr>
          <w:p w14:paraId="74A00820" w14:textId="77777777" w:rsidR="00216114" w:rsidRDefault="00EA18C7">
            <w:pPr>
              <w:spacing w:after="0"/>
            </w:pPr>
            <w:r>
              <w:rPr>
                <w:sz w:val="14"/>
              </w:rPr>
              <w:t>☐ DV Renewal Project</w:t>
            </w:r>
          </w:p>
        </w:tc>
        <w:tc>
          <w:tcPr>
            <w:tcW w:w="3600" w:type="dxa"/>
          </w:tcPr>
          <w:p w14:paraId="3A64BBEC" w14:textId="5372E0AE" w:rsidR="00216114" w:rsidRDefault="00216114">
            <w:pPr>
              <w:spacing w:after="0"/>
            </w:pPr>
          </w:p>
        </w:tc>
      </w:tr>
      <w:tr w:rsidR="00216114" w14:paraId="0083318A" w14:textId="77777777">
        <w:trPr>
          <w:trHeight w:hRule="exact" w:val="432"/>
          <w:jc w:val="center"/>
        </w:trPr>
        <w:tc>
          <w:tcPr>
            <w:tcW w:w="3600" w:type="dxa"/>
          </w:tcPr>
          <w:p w14:paraId="5C8CCE63" w14:textId="77777777" w:rsidR="00216114" w:rsidRDefault="00EA18C7">
            <w:pPr>
              <w:spacing w:after="0"/>
            </w:pPr>
            <w:r>
              <w:rPr>
                <w:sz w:val="14"/>
              </w:rPr>
              <w:t>☐ CoC Reallocation (new project from renewal funds)</w:t>
            </w:r>
          </w:p>
        </w:tc>
        <w:tc>
          <w:tcPr>
            <w:tcW w:w="3600" w:type="dxa"/>
          </w:tcPr>
          <w:p w14:paraId="20D69E88" w14:textId="77777777" w:rsidR="00216114" w:rsidRDefault="00EA18C7">
            <w:pPr>
              <w:spacing w:after="0"/>
            </w:pPr>
            <w:r>
              <w:rPr>
                <w:sz w:val="14"/>
              </w:rPr>
              <w:t>☐ YHDP Renewal</w:t>
            </w:r>
          </w:p>
        </w:tc>
        <w:tc>
          <w:tcPr>
            <w:tcW w:w="3600" w:type="dxa"/>
          </w:tcPr>
          <w:p w14:paraId="648C96D4" w14:textId="6406DCA1" w:rsidR="00216114" w:rsidRDefault="00216114">
            <w:pPr>
              <w:spacing w:after="0"/>
            </w:pPr>
          </w:p>
        </w:tc>
      </w:tr>
      <w:tr w:rsidR="00216114" w14:paraId="03FAF88D" w14:textId="77777777">
        <w:trPr>
          <w:trHeight w:hRule="exact" w:val="432"/>
          <w:jc w:val="center"/>
        </w:trPr>
        <w:tc>
          <w:tcPr>
            <w:tcW w:w="3600" w:type="dxa"/>
          </w:tcPr>
          <w:p w14:paraId="44102B89" w14:textId="77777777" w:rsidR="00216114" w:rsidRDefault="00EA18C7">
            <w:pPr>
              <w:spacing w:after="0"/>
            </w:pPr>
            <w:r>
              <w:rPr>
                <w:sz w:val="14"/>
              </w:rPr>
              <w:t>☐ DV Bonus (new DV project)</w:t>
            </w:r>
          </w:p>
        </w:tc>
        <w:tc>
          <w:tcPr>
            <w:tcW w:w="3600" w:type="dxa"/>
          </w:tcPr>
          <w:p w14:paraId="3B630DA6" w14:textId="77777777" w:rsidR="00216114" w:rsidRDefault="00EA18C7">
            <w:pPr>
              <w:spacing w:after="0"/>
            </w:pPr>
            <w:r>
              <w:rPr>
                <w:sz w:val="14"/>
              </w:rPr>
              <w:t>☐ YHDP Replacement / Reallocation</w:t>
            </w:r>
          </w:p>
        </w:tc>
        <w:tc>
          <w:tcPr>
            <w:tcW w:w="3600" w:type="dxa"/>
          </w:tcPr>
          <w:p w14:paraId="620F674E" w14:textId="764AFDC7" w:rsidR="00216114" w:rsidRDefault="00216114">
            <w:pPr>
              <w:spacing w:after="0"/>
            </w:pPr>
          </w:p>
        </w:tc>
      </w:tr>
      <w:tr w:rsidR="00216114" w14:paraId="77416F1D" w14:textId="77777777">
        <w:trPr>
          <w:trHeight w:hRule="exact" w:val="432"/>
          <w:jc w:val="center"/>
        </w:trPr>
        <w:tc>
          <w:tcPr>
            <w:tcW w:w="3600" w:type="dxa"/>
          </w:tcPr>
          <w:p w14:paraId="4E1DEB33" w14:textId="77777777" w:rsidR="00216114" w:rsidRDefault="00EA18C7">
            <w:pPr>
              <w:spacing w:after="0"/>
            </w:pPr>
            <w:r>
              <w:rPr>
                <w:sz w:val="14"/>
              </w:rPr>
              <w:t>☐ DV Reallocation (new DV project from DV renewal funds)</w:t>
            </w:r>
          </w:p>
        </w:tc>
        <w:tc>
          <w:tcPr>
            <w:tcW w:w="3600" w:type="dxa"/>
          </w:tcPr>
          <w:p w14:paraId="6CD4E349" w14:textId="77777777" w:rsidR="00216114" w:rsidRDefault="00EA18C7">
            <w:pPr>
              <w:spacing w:after="0"/>
            </w:pPr>
            <w:r>
              <w:rPr>
                <w:sz w:val="14"/>
              </w:rPr>
              <w:t>☐ Expansion / Consolidation / Transition Grant</w:t>
            </w:r>
          </w:p>
        </w:tc>
        <w:tc>
          <w:tcPr>
            <w:tcW w:w="3600" w:type="dxa"/>
          </w:tcPr>
          <w:p w14:paraId="3E20469B" w14:textId="35F6ADB6" w:rsidR="00216114" w:rsidRDefault="00216114">
            <w:pPr>
              <w:spacing w:after="0"/>
            </w:pPr>
          </w:p>
        </w:tc>
      </w:tr>
    </w:tbl>
    <w:p w14:paraId="24509E54" w14:textId="77777777" w:rsidR="00216114" w:rsidRDefault="00EA18C7">
      <w:pPr>
        <w:spacing w:before="80" w:after="60"/>
      </w:pPr>
      <w:r>
        <w:rPr>
          <w:b/>
          <w:sz w:val="20"/>
        </w:rPr>
        <w:t>3. Project Component / Type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216114" w14:paraId="26F2F7F3" w14:textId="77777777">
        <w:trPr>
          <w:jc w:val="center"/>
        </w:trPr>
        <w:tc>
          <w:tcPr>
            <w:tcW w:w="3600" w:type="dxa"/>
            <w:shd w:val="clear" w:color="auto" w:fill="D9EAF7"/>
          </w:tcPr>
          <w:p w14:paraId="43D6BA7B" w14:textId="77777777" w:rsidR="00216114" w:rsidRDefault="00EA18C7">
            <w:pPr>
              <w:spacing w:after="0"/>
            </w:pPr>
            <w:r>
              <w:rPr>
                <w:b/>
              </w:rPr>
              <w:t>Housing Components</w:t>
            </w:r>
          </w:p>
        </w:tc>
        <w:tc>
          <w:tcPr>
            <w:tcW w:w="3600" w:type="dxa"/>
            <w:shd w:val="clear" w:color="auto" w:fill="D9EAF7"/>
          </w:tcPr>
          <w:p w14:paraId="1FBCE2D8" w14:textId="77777777" w:rsidR="00216114" w:rsidRDefault="00EA18C7">
            <w:pPr>
              <w:spacing w:after="0"/>
            </w:pPr>
            <w:r>
              <w:rPr>
                <w:b/>
              </w:rPr>
              <w:t>Services / Data Components</w:t>
            </w:r>
          </w:p>
        </w:tc>
        <w:tc>
          <w:tcPr>
            <w:tcW w:w="3600" w:type="dxa"/>
            <w:shd w:val="clear" w:color="auto" w:fill="D9EAF7"/>
          </w:tcPr>
          <w:p w14:paraId="2C5729FF" w14:textId="77777777" w:rsidR="00216114" w:rsidRDefault="00EA18C7">
            <w:pPr>
              <w:spacing w:after="0"/>
            </w:pPr>
            <w:r>
              <w:rPr>
                <w:b/>
              </w:rPr>
              <w:t>Special Designations</w:t>
            </w:r>
          </w:p>
        </w:tc>
      </w:tr>
      <w:tr w:rsidR="00216114" w14:paraId="646E9079" w14:textId="77777777">
        <w:trPr>
          <w:trHeight w:hRule="exact" w:val="418"/>
          <w:jc w:val="center"/>
        </w:trPr>
        <w:tc>
          <w:tcPr>
            <w:tcW w:w="3600" w:type="dxa"/>
          </w:tcPr>
          <w:p w14:paraId="521EF6B9" w14:textId="77777777" w:rsidR="00216114" w:rsidRDefault="00EA18C7">
            <w:pPr>
              <w:spacing w:after="0"/>
            </w:pPr>
            <w:r>
              <w:rPr>
                <w:sz w:val="14"/>
              </w:rPr>
              <w:t>☐ Transitional Housing (TH)</w:t>
            </w:r>
          </w:p>
        </w:tc>
        <w:tc>
          <w:tcPr>
            <w:tcW w:w="3600" w:type="dxa"/>
          </w:tcPr>
          <w:p w14:paraId="08EC020F" w14:textId="77777777" w:rsidR="00216114" w:rsidRDefault="00EA18C7">
            <w:pPr>
              <w:spacing w:after="0"/>
            </w:pPr>
            <w:r>
              <w:rPr>
                <w:sz w:val="14"/>
              </w:rPr>
              <w:t>☐ Supportive Services Only (SSO)</w:t>
            </w:r>
          </w:p>
        </w:tc>
        <w:tc>
          <w:tcPr>
            <w:tcW w:w="3600" w:type="dxa"/>
          </w:tcPr>
          <w:p w14:paraId="6117ADAC" w14:textId="77777777" w:rsidR="00216114" w:rsidRDefault="00EA18C7">
            <w:pPr>
              <w:spacing w:after="0"/>
            </w:pPr>
            <w:r>
              <w:rPr>
                <w:sz w:val="14"/>
              </w:rPr>
              <w:t>☐ DV-Dedicated Project</w:t>
            </w:r>
          </w:p>
        </w:tc>
      </w:tr>
      <w:tr w:rsidR="00216114" w14:paraId="2D59C118" w14:textId="77777777">
        <w:trPr>
          <w:trHeight w:hRule="exact" w:val="418"/>
          <w:jc w:val="center"/>
        </w:trPr>
        <w:tc>
          <w:tcPr>
            <w:tcW w:w="3600" w:type="dxa"/>
          </w:tcPr>
          <w:p w14:paraId="00A96EDE" w14:textId="77777777" w:rsidR="00216114" w:rsidRDefault="00EA18C7">
            <w:pPr>
              <w:spacing w:after="0"/>
            </w:pPr>
            <w:r>
              <w:rPr>
                <w:sz w:val="14"/>
              </w:rPr>
              <w:t>☐ Permanent Supportive Housing (PH-PSH)</w:t>
            </w:r>
          </w:p>
        </w:tc>
        <w:tc>
          <w:tcPr>
            <w:tcW w:w="3600" w:type="dxa"/>
          </w:tcPr>
          <w:p w14:paraId="7F0EE641" w14:textId="77777777" w:rsidR="00216114" w:rsidRDefault="00EA18C7">
            <w:pPr>
              <w:spacing w:after="0"/>
            </w:pPr>
            <w:r>
              <w:rPr>
                <w:sz w:val="14"/>
              </w:rPr>
              <w:t>☐ SSO - Coordinated Entry (SSO-CE)</w:t>
            </w:r>
          </w:p>
        </w:tc>
        <w:tc>
          <w:tcPr>
            <w:tcW w:w="3600" w:type="dxa"/>
          </w:tcPr>
          <w:p w14:paraId="79A440E0" w14:textId="77777777" w:rsidR="00216114" w:rsidRDefault="00EA18C7">
            <w:pPr>
              <w:spacing w:after="0"/>
            </w:pPr>
            <w:r>
              <w:rPr>
                <w:sz w:val="14"/>
              </w:rPr>
              <w:t>☐ YHDP Project</w:t>
            </w:r>
          </w:p>
        </w:tc>
      </w:tr>
      <w:tr w:rsidR="00216114" w14:paraId="778E2F8C" w14:textId="77777777">
        <w:trPr>
          <w:trHeight w:hRule="exact" w:val="418"/>
          <w:jc w:val="center"/>
        </w:trPr>
        <w:tc>
          <w:tcPr>
            <w:tcW w:w="3600" w:type="dxa"/>
          </w:tcPr>
          <w:p w14:paraId="675188F6" w14:textId="77777777" w:rsidR="00216114" w:rsidRDefault="00EA18C7">
            <w:pPr>
              <w:spacing w:after="0"/>
            </w:pPr>
            <w:r>
              <w:rPr>
                <w:sz w:val="14"/>
              </w:rPr>
              <w:t>☐ Rapid Re-Housing (PH-RRH)</w:t>
            </w:r>
          </w:p>
        </w:tc>
        <w:tc>
          <w:tcPr>
            <w:tcW w:w="3600" w:type="dxa"/>
          </w:tcPr>
          <w:p w14:paraId="3E003E01" w14:textId="77777777" w:rsidR="00216114" w:rsidRDefault="00EA18C7">
            <w:pPr>
              <w:spacing w:after="0"/>
            </w:pPr>
            <w:r>
              <w:rPr>
                <w:sz w:val="14"/>
              </w:rPr>
              <w:t>☐ HMIS</w:t>
            </w:r>
          </w:p>
        </w:tc>
        <w:tc>
          <w:tcPr>
            <w:tcW w:w="3600" w:type="dxa"/>
          </w:tcPr>
          <w:p w14:paraId="2A5770C6" w14:textId="77777777" w:rsidR="00216114" w:rsidRDefault="00EA18C7">
            <w:pPr>
              <w:spacing w:after="0"/>
            </w:pPr>
            <w:r>
              <w:rPr>
                <w:sz w:val="14"/>
              </w:rPr>
              <w:t>☐ Chronically Homeless Preference</w:t>
            </w:r>
          </w:p>
        </w:tc>
      </w:tr>
      <w:tr w:rsidR="00216114" w14:paraId="4E510DCB" w14:textId="77777777">
        <w:trPr>
          <w:trHeight w:hRule="exact" w:val="418"/>
          <w:jc w:val="center"/>
        </w:trPr>
        <w:tc>
          <w:tcPr>
            <w:tcW w:w="3600" w:type="dxa"/>
          </w:tcPr>
          <w:p w14:paraId="24C302F9" w14:textId="77777777" w:rsidR="00216114" w:rsidRDefault="00EA18C7">
            <w:pPr>
              <w:spacing w:after="0"/>
            </w:pPr>
            <w:r>
              <w:rPr>
                <w:sz w:val="14"/>
              </w:rPr>
              <w:t>☐ Joint TH and PH-RRH (renewal only)</w:t>
            </w:r>
          </w:p>
        </w:tc>
        <w:tc>
          <w:tcPr>
            <w:tcW w:w="3600" w:type="dxa"/>
          </w:tcPr>
          <w:p w14:paraId="6855E0B3" w14:textId="77777777" w:rsidR="00216114" w:rsidRDefault="00EA18C7">
            <w:pPr>
              <w:spacing w:after="0"/>
            </w:pPr>
            <w:r>
              <w:rPr>
                <w:sz w:val="14"/>
              </w:rPr>
              <w:t>☐ CoC Planning / UFA Costs (if applicable)</w:t>
            </w:r>
          </w:p>
        </w:tc>
        <w:tc>
          <w:tcPr>
            <w:tcW w:w="3600" w:type="dxa"/>
          </w:tcPr>
          <w:p w14:paraId="419A0F7D" w14:textId="77777777" w:rsidR="00216114" w:rsidRDefault="00EA18C7">
            <w:pPr>
              <w:spacing w:after="0"/>
            </w:pPr>
            <w:r>
              <w:rPr>
                <w:sz w:val="14"/>
              </w:rPr>
              <w:t>☐ Coordinated Entry/System Improvement</w:t>
            </w:r>
          </w:p>
        </w:tc>
      </w:tr>
      <w:tr w:rsidR="00216114" w14:paraId="3D4C0C67" w14:textId="77777777">
        <w:trPr>
          <w:trHeight w:hRule="exact" w:val="418"/>
          <w:jc w:val="center"/>
        </w:trPr>
        <w:tc>
          <w:tcPr>
            <w:tcW w:w="3600" w:type="dxa"/>
          </w:tcPr>
          <w:p w14:paraId="168B075B" w14:textId="77777777" w:rsidR="00216114" w:rsidRDefault="00EA18C7">
            <w:pPr>
              <w:spacing w:after="0"/>
            </w:pPr>
            <w:r>
              <w:rPr>
                <w:sz w:val="14"/>
              </w:rPr>
              <w:t>☐ Other Housing Component (explain below)</w:t>
            </w:r>
          </w:p>
        </w:tc>
        <w:tc>
          <w:tcPr>
            <w:tcW w:w="3600" w:type="dxa"/>
          </w:tcPr>
          <w:p w14:paraId="6EA5E308" w14:textId="77777777" w:rsidR="00216114" w:rsidRDefault="00EA18C7">
            <w:pPr>
              <w:spacing w:after="0"/>
            </w:pPr>
            <w:r>
              <w:rPr>
                <w:sz w:val="14"/>
              </w:rPr>
              <w:t>☐ Comparable Database Costs (DV provider if applicable)</w:t>
            </w:r>
          </w:p>
        </w:tc>
        <w:tc>
          <w:tcPr>
            <w:tcW w:w="3600" w:type="dxa"/>
          </w:tcPr>
          <w:p w14:paraId="6D0393DA" w14:textId="77777777" w:rsidR="00216114" w:rsidRDefault="00EA18C7">
            <w:pPr>
              <w:spacing w:after="0"/>
            </w:pPr>
            <w:r>
              <w:rPr>
                <w:sz w:val="14"/>
              </w:rPr>
              <w:t>☐ Other HUD-Eligible Component (explain below)</w:t>
            </w:r>
          </w:p>
        </w:tc>
      </w:tr>
    </w:tbl>
    <w:p w14:paraId="2984AF26" w14:textId="77777777" w:rsidR="00216114" w:rsidRDefault="00EA18C7">
      <w:pPr>
        <w:spacing w:before="80" w:after="60"/>
      </w:pPr>
      <w:r>
        <w:rPr>
          <w:b/>
          <w:sz w:val="20"/>
        </w:rPr>
        <w:t>4. Population Served / Focus Area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216114" w14:paraId="484BD44A" w14:textId="77777777">
        <w:trPr>
          <w:jc w:val="center"/>
        </w:trPr>
        <w:tc>
          <w:tcPr>
            <w:tcW w:w="3600" w:type="dxa"/>
            <w:shd w:val="clear" w:color="auto" w:fill="D9EAF7"/>
          </w:tcPr>
          <w:p w14:paraId="62401593" w14:textId="77777777" w:rsidR="00216114" w:rsidRDefault="00EA18C7">
            <w:pPr>
              <w:spacing w:after="0"/>
            </w:pPr>
            <w:r>
              <w:rPr>
                <w:b/>
              </w:rPr>
              <w:t>Household Type</w:t>
            </w:r>
          </w:p>
        </w:tc>
        <w:tc>
          <w:tcPr>
            <w:tcW w:w="3600" w:type="dxa"/>
            <w:shd w:val="clear" w:color="auto" w:fill="D9EAF7"/>
          </w:tcPr>
          <w:p w14:paraId="4F88A143" w14:textId="77777777" w:rsidR="00216114" w:rsidRDefault="00EA18C7">
            <w:pPr>
              <w:spacing w:after="0"/>
            </w:pPr>
            <w:r>
              <w:rPr>
                <w:b/>
              </w:rPr>
              <w:t>Subpopulation / Priority</w:t>
            </w:r>
          </w:p>
        </w:tc>
        <w:tc>
          <w:tcPr>
            <w:tcW w:w="3600" w:type="dxa"/>
            <w:shd w:val="clear" w:color="auto" w:fill="D9EAF7"/>
          </w:tcPr>
          <w:p w14:paraId="479F60A7" w14:textId="77777777" w:rsidR="00216114" w:rsidRDefault="00EA18C7">
            <w:pPr>
              <w:spacing w:after="0"/>
            </w:pPr>
            <w:r>
              <w:rPr>
                <w:b/>
              </w:rPr>
              <w:t>Primary Focus Area</w:t>
            </w:r>
          </w:p>
        </w:tc>
      </w:tr>
      <w:tr w:rsidR="00216114" w14:paraId="77BEE03E" w14:textId="77777777">
        <w:trPr>
          <w:trHeight w:hRule="exact" w:val="418"/>
          <w:jc w:val="center"/>
        </w:trPr>
        <w:tc>
          <w:tcPr>
            <w:tcW w:w="3600" w:type="dxa"/>
          </w:tcPr>
          <w:p w14:paraId="201BEAC2" w14:textId="77777777" w:rsidR="00216114" w:rsidRDefault="00EA18C7">
            <w:pPr>
              <w:spacing w:after="0"/>
            </w:pPr>
            <w:r>
              <w:rPr>
                <w:sz w:val="14"/>
              </w:rPr>
              <w:t>☐ Adults without children</w:t>
            </w:r>
          </w:p>
        </w:tc>
        <w:tc>
          <w:tcPr>
            <w:tcW w:w="3600" w:type="dxa"/>
          </w:tcPr>
          <w:p w14:paraId="6A09E014" w14:textId="77777777" w:rsidR="00216114" w:rsidRDefault="00EA18C7">
            <w:pPr>
              <w:spacing w:after="0"/>
            </w:pPr>
            <w:r>
              <w:rPr>
                <w:sz w:val="14"/>
              </w:rPr>
              <w:t>☐ Chronically homeless</w:t>
            </w:r>
          </w:p>
        </w:tc>
        <w:tc>
          <w:tcPr>
            <w:tcW w:w="3600" w:type="dxa"/>
          </w:tcPr>
          <w:p w14:paraId="17E643AC" w14:textId="77777777" w:rsidR="00216114" w:rsidRDefault="00EA18C7">
            <w:pPr>
              <w:spacing w:after="0"/>
            </w:pPr>
            <w:r>
              <w:rPr>
                <w:sz w:val="14"/>
              </w:rPr>
              <w:t>☐ Street outreach / engagement</w:t>
            </w:r>
          </w:p>
        </w:tc>
      </w:tr>
      <w:tr w:rsidR="00216114" w14:paraId="77AB3475" w14:textId="77777777">
        <w:trPr>
          <w:trHeight w:hRule="exact" w:val="418"/>
          <w:jc w:val="center"/>
        </w:trPr>
        <w:tc>
          <w:tcPr>
            <w:tcW w:w="3600" w:type="dxa"/>
          </w:tcPr>
          <w:p w14:paraId="70ADA4A7" w14:textId="77777777" w:rsidR="00216114" w:rsidRDefault="00EA18C7">
            <w:pPr>
              <w:spacing w:after="0"/>
            </w:pPr>
            <w:r>
              <w:rPr>
                <w:sz w:val="14"/>
              </w:rPr>
              <w:t>☐ Families with children</w:t>
            </w:r>
          </w:p>
        </w:tc>
        <w:tc>
          <w:tcPr>
            <w:tcW w:w="3600" w:type="dxa"/>
          </w:tcPr>
          <w:p w14:paraId="50929DDE" w14:textId="77777777" w:rsidR="00216114" w:rsidRDefault="00EA18C7">
            <w:pPr>
              <w:spacing w:after="0"/>
            </w:pPr>
            <w:r>
              <w:rPr>
                <w:sz w:val="14"/>
              </w:rPr>
              <w:t>☐ Fleeing DV, dating violence, SA, stalking, trafficking</w:t>
            </w:r>
          </w:p>
        </w:tc>
        <w:tc>
          <w:tcPr>
            <w:tcW w:w="3600" w:type="dxa"/>
          </w:tcPr>
          <w:p w14:paraId="23BF2996" w14:textId="77777777" w:rsidR="00216114" w:rsidRDefault="00EA18C7">
            <w:pPr>
              <w:spacing w:after="0"/>
            </w:pPr>
            <w:r>
              <w:rPr>
                <w:sz w:val="14"/>
              </w:rPr>
              <w:t>☐ Coordinated Entry</w:t>
            </w:r>
          </w:p>
        </w:tc>
      </w:tr>
      <w:tr w:rsidR="00216114" w14:paraId="43C1EADE" w14:textId="77777777">
        <w:trPr>
          <w:trHeight w:hRule="exact" w:val="418"/>
          <w:jc w:val="center"/>
        </w:trPr>
        <w:tc>
          <w:tcPr>
            <w:tcW w:w="3600" w:type="dxa"/>
          </w:tcPr>
          <w:p w14:paraId="7E086BF4" w14:textId="77777777" w:rsidR="00216114" w:rsidRDefault="00EA18C7">
            <w:pPr>
              <w:spacing w:after="0"/>
            </w:pPr>
            <w:r>
              <w:rPr>
                <w:sz w:val="14"/>
              </w:rPr>
              <w:t>☐ Youth / young adults</w:t>
            </w:r>
          </w:p>
        </w:tc>
        <w:tc>
          <w:tcPr>
            <w:tcW w:w="3600" w:type="dxa"/>
          </w:tcPr>
          <w:p w14:paraId="24226ECC" w14:textId="77777777" w:rsidR="00216114" w:rsidRDefault="00EA18C7">
            <w:pPr>
              <w:spacing w:after="0"/>
            </w:pPr>
            <w:r>
              <w:rPr>
                <w:sz w:val="14"/>
              </w:rPr>
              <w:t>☐ Disabled individuals/families</w:t>
            </w:r>
          </w:p>
        </w:tc>
        <w:tc>
          <w:tcPr>
            <w:tcW w:w="3600" w:type="dxa"/>
          </w:tcPr>
          <w:p w14:paraId="58014506" w14:textId="77777777" w:rsidR="00216114" w:rsidRDefault="00EA18C7">
            <w:pPr>
              <w:spacing w:after="0"/>
            </w:pPr>
            <w:r>
              <w:rPr>
                <w:sz w:val="14"/>
              </w:rPr>
              <w:t>☐ Case management / supportive services</w:t>
            </w:r>
          </w:p>
        </w:tc>
      </w:tr>
      <w:tr w:rsidR="00216114" w14:paraId="768B408B" w14:textId="77777777">
        <w:trPr>
          <w:trHeight w:hRule="exact" w:val="418"/>
          <w:jc w:val="center"/>
        </w:trPr>
        <w:tc>
          <w:tcPr>
            <w:tcW w:w="3600" w:type="dxa"/>
          </w:tcPr>
          <w:p w14:paraId="015C31E0" w14:textId="77777777" w:rsidR="00216114" w:rsidRDefault="00EA18C7">
            <w:pPr>
              <w:spacing w:after="0"/>
            </w:pPr>
            <w:r>
              <w:rPr>
                <w:sz w:val="14"/>
              </w:rPr>
              <w:t>☐ Veterans</w:t>
            </w:r>
          </w:p>
        </w:tc>
        <w:tc>
          <w:tcPr>
            <w:tcW w:w="3600" w:type="dxa"/>
          </w:tcPr>
          <w:p w14:paraId="48F20F14" w14:textId="77777777" w:rsidR="00216114" w:rsidRDefault="00EA18C7">
            <w:pPr>
              <w:spacing w:after="0"/>
            </w:pPr>
            <w:r>
              <w:rPr>
                <w:sz w:val="14"/>
              </w:rPr>
              <w:t>☐ Elderly individuals/families</w:t>
            </w:r>
          </w:p>
        </w:tc>
        <w:tc>
          <w:tcPr>
            <w:tcW w:w="3600" w:type="dxa"/>
          </w:tcPr>
          <w:p w14:paraId="09394EA8" w14:textId="77777777" w:rsidR="00216114" w:rsidRDefault="00EA18C7">
            <w:pPr>
              <w:spacing w:after="0"/>
            </w:pPr>
            <w:r>
              <w:rPr>
                <w:sz w:val="14"/>
              </w:rPr>
              <w:t>☐ Rental assistance / housing navigation</w:t>
            </w:r>
          </w:p>
        </w:tc>
      </w:tr>
      <w:tr w:rsidR="00216114" w14:paraId="245AD847" w14:textId="77777777">
        <w:trPr>
          <w:trHeight w:hRule="exact" w:val="418"/>
          <w:jc w:val="center"/>
        </w:trPr>
        <w:tc>
          <w:tcPr>
            <w:tcW w:w="3600" w:type="dxa"/>
          </w:tcPr>
          <w:p w14:paraId="57381991" w14:textId="77777777" w:rsidR="00216114" w:rsidRDefault="00EA18C7">
            <w:pPr>
              <w:spacing w:after="0"/>
            </w:pPr>
            <w:r>
              <w:rPr>
                <w:sz w:val="14"/>
              </w:rPr>
              <w:t>☐ All eligible households</w:t>
            </w:r>
          </w:p>
        </w:tc>
        <w:tc>
          <w:tcPr>
            <w:tcW w:w="3600" w:type="dxa"/>
          </w:tcPr>
          <w:p w14:paraId="1E39C04C" w14:textId="77777777" w:rsidR="00216114" w:rsidRDefault="00EA18C7">
            <w:pPr>
              <w:spacing w:after="0"/>
            </w:pPr>
            <w:r>
              <w:rPr>
                <w:sz w:val="14"/>
              </w:rPr>
              <w:t>☐ Other local priority</w:t>
            </w:r>
          </w:p>
        </w:tc>
        <w:tc>
          <w:tcPr>
            <w:tcW w:w="3600" w:type="dxa"/>
          </w:tcPr>
          <w:p w14:paraId="2892D750" w14:textId="77777777" w:rsidR="00216114" w:rsidRDefault="00EA18C7">
            <w:pPr>
              <w:spacing w:after="0"/>
            </w:pPr>
            <w:r>
              <w:rPr>
                <w:sz w:val="14"/>
              </w:rPr>
              <w:t>☐ HMIS / data / comparable database</w:t>
            </w:r>
          </w:p>
        </w:tc>
      </w:tr>
    </w:tbl>
    <w:p w14:paraId="4C27E8D2" w14:textId="77777777" w:rsidR="00216114" w:rsidRDefault="00EA18C7">
      <w:pPr>
        <w:spacing w:before="80" w:after="60"/>
      </w:pPr>
      <w:r>
        <w:rPr>
          <w:b/>
          <w:sz w:val="20"/>
        </w:rPr>
        <w:t>5. Funding and Eligibility Quick Check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698"/>
        <w:gridCol w:w="2697"/>
        <w:gridCol w:w="2698"/>
        <w:gridCol w:w="2697"/>
      </w:tblGrid>
      <w:tr w:rsidR="00216114" w14:paraId="708AA2FA" w14:textId="77777777">
        <w:trPr>
          <w:trHeight w:hRule="exact" w:val="360"/>
          <w:jc w:val="center"/>
        </w:trPr>
        <w:tc>
          <w:tcPr>
            <w:tcW w:w="2700" w:type="dxa"/>
            <w:shd w:val="clear" w:color="auto" w:fill="EEEEEE"/>
          </w:tcPr>
          <w:p w14:paraId="321B8FA4" w14:textId="77777777" w:rsidR="00216114" w:rsidRDefault="00EA18C7">
            <w:pPr>
              <w:spacing w:after="0"/>
            </w:pPr>
            <w:r>
              <w:rPr>
                <w:b/>
              </w:rPr>
              <w:t>Match Identified</w:t>
            </w:r>
          </w:p>
        </w:tc>
        <w:tc>
          <w:tcPr>
            <w:tcW w:w="2700" w:type="dxa"/>
            <w:shd w:val="clear" w:color="auto" w:fill="EEEEEE"/>
          </w:tcPr>
          <w:p w14:paraId="666247C4" w14:textId="77777777" w:rsidR="00216114" w:rsidRDefault="00EA18C7">
            <w:pPr>
              <w:spacing w:after="0"/>
            </w:pPr>
            <w:r>
              <w:rPr>
                <w:b/>
              </w:rPr>
              <w:t>Grant Term</w:t>
            </w:r>
          </w:p>
        </w:tc>
        <w:tc>
          <w:tcPr>
            <w:tcW w:w="2700" w:type="dxa"/>
            <w:shd w:val="clear" w:color="auto" w:fill="EEEEEE"/>
          </w:tcPr>
          <w:p w14:paraId="63680517" w14:textId="77777777" w:rsidR="00216114" w:rsidRDefault="00EA18C7">
            <w:pPr>
              <w:spacing w:after="0"/>
            </w:pPr>
            <w:r>
              <w:rPr>
                <w:b/>
              </w:rPr>
              <w:t>Existing Grant #</w:t>
            </w:r>
          </w:p>
        </w:tc>
        <w:tc>
          <w:tcPr>
            <w:tcW w:w="2700" w:type="dxa"/>
            <w:shd w:val="clear" w:color="auto" w:fill="EEEEEE"/>
          </w:tcPr>
          <w:p w14:paraId="289829DC" w14:textId="77777777" w:rsidR="00216114" w:rsidRDefault="00EA18C7">
            <w:pPr>
              <w:spacing w:after="0"/>
            </w:pPr>
            <w:r>
              <w:rPr>
                <w:b/>
              </w:rPr>
              <w:t>Capital Costs?</w:t>
            </w:r>
          </w:p>
        </w:tc>
      </w:tr>
      <w:tr w:rsidR="00216114" w14:paraId="04ABFCA4" w14:textId="77777777">
        <w:trPr>
          <w:trHeight w:hRule="exact" w:val="446"/>
          <w:jc w:val="center"/>
        </w:trPr>
        <w:tc>
          <w:tcPr>
            <w:tcW w:w="2700" w:type="dxa"/>
          </w:tcPr>
          <w:p w14:paraId="119B4AA8" w14:textId="77777777" w:rsidR="00216114" w:rsidRDefault="00EA18C7">
            <w:pPr>
              <w:spacing w:after="0"/>
            </w:pPr>
            <w:r>
              <w:rPr>
                <w:sz w:val="15"/>
              </w:rPr>
              <w:t>☐ Yes   ☐ No   ☐ N/A</w:t>
            </w:r>
          </w:p>
        </w:tc>
        <w:tc>
          <w:tcPr>
            <w:tcW w:w="2700" w:type="dxa"/>
          </w:tcPr>
          <w:p w14:paraId="0D8BCFFF" w14:textId="77777777" w:rsidR="00216114" w:rsidRDefault="00216114">
            <w:pPr>
              <w:spacing w:after="0"/>
            </w:pPr>
          </w:p>
        </w:tc>
        <w:tc>
          <w:tcPr>
            <w:tcW w:w="2700" w:type="dxa"/>
          </w:tcPr>
          <w:p w14:paraId="47B72F9F" w14:textId="77777777" w:rsidR="00216114" w:rsidRDefault="00216114">
            <w:pPr>
              <w:spacing w:after="0"/>
            </w:pPr>
          </w:p>
        </w:tc>
        <w:tc>
          <w:tcPr>
            <w:tcW w:w="2700" w:type="dxa"/>
          </w:tcPr>
          <w:p w14:paraId="59AAB343" w14:textId="77777777" w:rsidR="00216114" w:rsidRDefault="00EA18C7">
            <w:pPr>
              <w:spacing w:after="0"/>
            </w:pPr>
            <w:r>
              <w:rPr>
                <w:sz w:val="15"/>
              </w:rPr>
              <w:t>☐ Yes   ☐ No</w:t>
            </w:r>
          </w:p>
        </w:tc>
      </w:tr>
    </w:tbl>
    <w:p w14:paraId="5507D740" w14:textId="77777777" w:rsidR="00216114" w:rsidRDefault="00EA18C7">
      <w:pPr>
        <w:spacing w:after="0"/>
      </w:pPr>
      <w:r>
        <w:br w:type="page"/>
      </w:r>
    </w:p>
    <w:p w14:paraId="28D98A84" w14:textId="77777777" w:rsidR="00216114" w:rsidRDefault="00EA18C7">
      <w:pPr>
        <w:spacing w:before="80" w:after="60"/>
      </w:pPr>
      <w:r>
        <w:rPr>
          <w:b/>
          <w:sz w:val="20"/>
        </w:rPr>
        <w:lastRenderedPageBreak/>
        <w:t>6. Brief Description of Proposed Program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0790"/>
      </w:tblGrid>
      <w:tr w:rsidR="00216114" w14:paraId="7172D63A" w14:textId="77777777">
        <w:trPr>
          <w:trHeight w:hRule="exact" w:val="5112"/>
          <w:jc w:val="center"/>
        </w:trPr>
        <w:tc>
          <w:tcPr>
            <w:tcW w:w="10800" w:type="dxa"/>
          </w:tcPr>
          <w:p w14:paraId="3CA3C2BE" w14:textId="77777777" w:rsidR="00216114" w:rsidRDefault="00EA18C7">
            <w:pPr>
              <w:spacing w:before="80" w:after="80"/>
            </w:pPr>
            <w:r>
              <w:rPr>
                <w:b/>
              </w:rPr>
              <w:t>Describe the proposed project, target population, project model, housing/services provided, expected number served, geographic area, use of requested funds, expected outcomes, partnerships, and how the program responds to local CoC priorities.</w:t>
            </w:r>
          </w:p>
        </w:tc>
      </w:tr>
    </w:tbl>
    <w:p w14:paraId="5D915BCA" w14:textId="77777777" w:rsidR="00216114" w:rsidRDefault="00EA18C7">
      <w:pPr>
        <w:spacing w:before="80" w:after="60"/>
      </w:pPr>
      <w:r>
        <w:rPr>
          <w:b/>
          <w:sz w:val="20"/>
        </w:rPr>
        <w:t>7. Additional Notes / Attachments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0790"/>
      </w:tblGrid>
      <w:tr w:rsidR="00216114" w14:paraId="0FE4ED23" w14:textId="77777777">
        <w:trPr>
          <w:trHeight w:hRule="exact" w:val="2664"/>
          <w:jc w:val="center"/>
        </w:trPr>
        <w:tc>
          <w:tcPr>
            <w:tcW w:w="10800" w:type="dxa"/>
          </w:tcPr>
          <w:p w14:paraId="2C7B43CD" w14:textId="77777777" w:rsidR="00216114" w:rsidRDefault="00EA18C7">
            <w:pPr>
              <w:spacing w:before="80" w:after="40"/>
            </w:pPr>
            <w:r>
              <w:rPr>
                <w:i/>
                <w:sz w:val="15"/>
              </w:rPr>
              <w:t>List any additional local notes, proposed attachments, unresolved questions, requested technical assistance, or items the CoC should consider during local review.</w:t>
            </w:r>
          </w:p>
        </w:tc>
      </w:tr>
    </w:tbl>
    <w:p w14:paraId="5C6A0D23" w14:textId="77777777" w:rsidR="00216114" w:rsidRDefault="00EA18C7">
      <w:pPr>
        <w:spacing w:before="80" w:after="60"/>
      </w:pPr>
      <w:r>
        <w:rPr>
          <w:b/>
          <w:sz w:val="20"/>
        </w:rPr>
        <w:t>8. Applicant Acknowledgment</w:t>
      </w:r>
    </w:p>
    <w:p w14:paraId="6B86E51C" w14:textId="77777777" w:rsidR="00216114" w:rsidRDefault="00EA18C7">
      <w:pPr>
        <w:spacing w:before="20" w:after="40"/>
      </w:pPr>
      <w:r>
        <w:rPr>
          <w:sz w:val="14"/>
        </w:rPr>
        <w:t>☐ Applicant understands this Letter of Intent is for local CoC planning/review and does not replace the required HUD/e-snaps application, certifications, budget forms, or attachments.</w:t>
      </w:r>
    </w:p>
    <w:p w14:paraId="31104481" w14:textId="77777777" w:rsidR="00216114" w:rsidRDefault="00EA18C7">
      <w:pPr>
        <w:spacing w:before="20" w:after="40"/>
      </w:pPr>
      <w:r>
        <w:rPr>
          <w:sz w:val="14"/>
        </w:rPr>
        <w:t>☐ Applicant understands eligibility, application category, funding availability, local ranking, and final submission are subject to the FY 2026 HUD CoC NOFO and local competition requirements.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698"/>
        <w:gridCol w:w="2698"/>
        <w:gridCol w:w="2697"/>
        <w:gridCol w:w="2697"/>
      </w:tblGrid>
      <w:tr w:rsidR="00216114" w14:paraId="3FCFAD2E" w14:textId="77777777">
        <w:trPr>
          <w:trHeight w:hRule="exact" w:val="403"/>
          <w:jc w:val="center"/>
        </w:trPr>
        <w:tc>
          <w:tcPr>
            <w:tcW w:w="2700" w:type="dxa"/>
            <w:shd w:val="clear" w:color="auto" w:fill="EEEEEE"/>
          </w:tcPr>
          <w:p w14:paraId="5820E0E7" w14:textId="77777777" w:rsidR="00216114" w:rsidRDefault="00EA18C7">
            <w:pPr>
              <w:spacing w:after="0"/>
            </w:pPr>
            <w:r>
              <w:rPr>
                <w:b/>
                <w:sz w:val="15"/>
              </w:rPr>
              <w:t>Authorized Representative Name</w:t>
            </w:r>
          </w:p>
        </w:tc>
        <w:tc>
          <w:tcPr>
            <w:tcW w:w="2700" w:type="dxa"/>
            <w:shd w:val="clear" w:color="auto" w:fill="EEEEEE"/>
          </w:tcPr>
          <w:p w14:paraId="0060E82C" w14:textId="77777777" w:rsidR="00216114" w:rsidRDefault="00EA18C7">
            <w:pPr>
              <w:spacing w:after="0"/>
            </w:pPr>
            <w:r>
              <w:rPr>
                <w:b/>
                <w:sz w:val="15"/>
              </w:rPr>
              <w:t>Signature</w:t>
            </w:r>
          </w:p>
        </w:tc>
        <w:tc>
          <w:tcPr>
            <w:tcW w:w="2700" w:type="dxa"/>
            <w:shd w:val="clear" w:color="auto" w:fill="EEEEEE"/>
          </w:tcPr>
          <w:p w14:paraId="20B782D4" w14:textId="77777777" w:rsidR="00216114" w:rsidRDefault="00EA18C7">
            <w:pPr>
              <w:spacing w:after="0"/>
            </w:pPr>
            <w:r>
              <w:rPr>
                <w:b/>
                <w:sz w:val="15"/>
              </w:rPr>
              <w:t>Title</w:t>
            </w:r>
          </w:p>
        </w:tc>
        <w:tc>
          <w:tcPr>
            <w:tcW w:w="2700" w:type="dxa"/>
            <w:shd w:val="clear" w:color="auto" w:fill="EEEEEE"/>
          </w:tcPr>
          <w:p w14:paraId="3B22C440" w14:textId="77777777" w:rsidR="00216114" w:rsidRDefault="00EA18C7">
            <w:pPr>
              <w:spacing w:after="0"/>
            </w:pPr>
            <w:r>
              <w:rPr>
                <w:b/>
                <w:sz w:val="15"/>
              </w:rPr>
              <w:t>Date</w:t>
            </w:r>
          </w:p>
        </w:tc>
      </w:tr>
      <w:tr w:rsidR="00216114" w14:paraId="059AE932" w14:textId="77777777">
        <w:trPr>
          <w:trHeight w:hRule="exact" w:val="792"/>
          <w:jc w:val="center"/>
        </w:trPr>
        <w:tc>
          <w:tcPr>
            <w:tcW w:w="2700" w:type="dxa"/>
          </w:tcPr>
          <w:p w14:paraId="1D33A710" w14:textId="77777777" w:rsidR="00216114" w:rsidRDefault="00216114"/>
        </w:tc>
        <w:tc>
          <w:tcPr>
            <w:tcW w:w="2700" w:type="dxa"/>
          </w:tcPr>
          <w:p w14:paraId="619CD31F" w14:textId="77777777" w:rsidR="00216114" w:rsidRDefault="00216114"/>
        </w:tc>
        <w:tc>
          <w:tcPr>
            <w:tcW w:w="2700" w:type="dxa"/>
          </w:tcPr>
          <w:p w14:paraId="585C42F2" w14:textId="77777777" w:rsidR="00216114" w:rsidRDefault="00216114"/>
        </w:tc>
        <w:tc>
          <w:tcPr>
            <w:tcW w:w="2700" w:type="dxa"/>
          </w:tcPr>
          <w:p w14:paraId="66813353" w14:textId="77777777" w:rsidR="00216114" w:rsidRDefault="00216114"/>
        </w:tc>
      </w:tr>
    </w:tbl>
    <w:p w14:paraId="22F0E82D" w14:textId="77777777" w:rsidR="00216114" w:rsidRDefault="00EA18C7">
      <w:pPr>
        <w:spacing w:before="80" w:after="60"/>
      </w:pPr>
      <w:r>
        <w:rPr>
          <w:b/>
          <w:sz w:val="20"/>
        </w:rPr>
        <w:t>CoC Use Only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698"/>
        <w:gridCol w:w="2697"/>
        <w:gridCol w:w="2698"/>
        <w:gridCol w:w="2697"/>
      </w:tblGrid>
      <w:tr w:rsidR="00216114" w14:paraId="48E442F1" w14:textId="77777777">
        <w:trPr>
          <w:trHeight w:hRule="exact" w:val="475"/>
          <w:jc w:val="center"/>
        </w:trPr>
        <w:tc>
          <w:tcPr>
            <w:tcW w:w="2700" w:type="dxa"/>
            <w:shd w:val="clear" w:color="auto" w:fill="EEEEEE"/>
          </w:tcPr>
          <w:p w14:paraId="0F07C4FE" w14:textId="77777777" w:rsidR="00216114" w:rsidRDefault="00EA18C7">
            <w:pPr>
              <w:spacing w:after="0"/>
            </w:pPr>
            <w:r>
              <w:rPr>
                <w:b/>
                <w:sz w:val="15"/>
              </w:rPr>
              <w:t>Date Received</w:t>
            </w:r>
          </w:p>
        </w:tc>
        <w:tc>
          <w:tcPr>
            <w:tcW w:w="2700" w:type="dxa"/>
            <w:shd w:val="clear" w:color="auto" w:fill="EEEEEE"/>
          </w:tcPr>
          <w:p w14:paraId="381CF20E" w14:textId="77777777" w:rsidR="00216114" w:rsidRDefault="00EA18C7">
            <w:pPr>
              <w:spacing w:after="0"/>
            </w:pPr>
            <w:r>
              <w:rPr>
                <w:b/>
                <w:sz w:val="15"/>
              </w:rPr>
              <w:t>Received By</w:t>
            </w:r>
          </w:p>
        </w:tc>
        <w:tc>
          <w:tcPr>
            <w:tcW w:w="2700" w:type="dxa"/>
            <w:shd w:val="clear" w:color="auto" w:fill="EEEEEE"/>
          </w:tcPr>
          <w:p w14:paraId="497EDC40" w14:textId="77777777" w:rsidR="00216114" w:rsidRDefault="00EA18C7">
            <w:pPr>
              <w:spacing w:after="0"/>
            </w:pPr>
            <w:r>
              <w:rPr>
                <w:b/>
                <w:sz w:val="15"/>
              </w:rPr>
              <w:t>Recommended for Full Application?</w:t>
            </w:r>
          </w:p>
        </w:tc>
        <w:tc>
          <w:tcPr>
            <w:tcW w:w="2700" w:type="dxa"/>
            <w:shd w:val="clear" w:color="auto" w:fill="EEEEEE"/>
          </w:tcPr>
          <w:p w14:paraId="22D462EF" w14:textId="77777777" w:rsidR="00216114" w:rsidRDefault="00EA18C7">
            <w:pPr>
              <w:spacing w:after="0"/>
            </w:pPr>
            <w:r>
              <w:rPr>
                <w:b/>
                <w:sz w:val="15"/>
              </w:rPr>
              <w:t>Local Review Notes</w:t>
            </w:r>
          </w:p>
        </w:tc>
      </w:tr>
      <w:tr w:rsidR="00216114" w14:paraId="2C052F52" w14:textId="77777777">
        <w:trPr>
          <w:trHeight w:hRule="exact" w:val="1123"/>
          <w:jc w:val="center"/>
        </w:trPr>
        <w:tc>
          <w:tcPr>
            <w:tcW w:w="2700" w:type="dxa"/>
          </w:tcPr>
          <w:p w14:paraId="77E8E267" w14:textId="77777777" w:rsidR="00216114" w:rsidRDefault="00216114"/>
        </w:tc>
        <w:tc>
          <w:tcPr>
            <w:tcW w:w="2700" w:type="dxa"/>
          </w:tcPr>
          <w:p w14:paraId="3C4274DE" w14:textId="77777777" w:rsidR="00216114" w:rsidRDefault="00216114"/>
        </w:tc>
        <w:tc>
          <w:tcPr>
            <w:tcW w:w="2700" w:type="dxa"/>
          </w:tcPr>
          <w:p w14:paraId="5C8A2E68" w14:textId="77777777" w:rsidR="00216114" w:rsidRDefault="00216114"/>
        </w:tc>
        <w:tc>
          <w:tcPr>
            <w:tcW w:w="2700" w:type="dxa"/>
          </w:tcPr>
          <w:p w14:paraId="3C2329BE" w14:textId="77777777" w:rsidR="00216114" w:rsidRDefault="00216114"/>
        </w:tc>
      </w:tr>
    </w:tbl>
    <w:p w14:paraId="5DF539B3" w14:textId="77777777" w:rsidR="00EA18C7" w:rsidRDefault="00EA18C7"/>
    <w:sectPr w:rsidR="00EA18C7" w:rsidSect="00034616">
      <w:footerReference w:type="default" r:id="rId9"/>
      <w:pgSz w:w="12240" w:h="15840"/>
      <w:pgMar w:top="605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73E04" w14:textId="77777777" w:rsidR="00076222" w:rsidRDefault="00076222">
      <w:pPr>
        <w:spacing w:after="0" w:line="240" w:lineRule="auto"/>
      </w:pPr>
      <w:r>
        <w:separator/>
      </w:r>
    </w:p>
  </w:endnote>
  <w:endnote w:type="continuationSeparator" w:id="0">
    <w:p w14:paraId="45273432" w14:textId="77777777" w:rsidR="00076222" w:rsidRDefault="00076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687E1" w14:textId="77777777" w:rsidR="00216114" w:rsidRDefault="00EA18C7">
    <w:pPr>
      <w:pStyle w:val="Footer"/>
      <w:jc w:val="center"/>
    </w:pPr>
    <w:r>
      <w:rPr>
        <w:sz w:val="14"/>
      </w:rPr>
      <w:t>2026 CoC Letter of Intent - Local planning form. Verify final eligibility, thresholds, ranking, and application requirements against the FY 2026 HUD CoC NOFO and e-snaps.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4065A" w14:textId="77777777" w:rsidR="00076222" w:rsidRDefault="00076222">
      <w:pPr>
        <w:spacing w:after="0" w:line="240" w:lineRule="auto"/>
      </w:pPr>
      <w:r>
        <w:separator/>
      </w:r>
    </w:p>
  </w:footnote>
  <w:footnote w:type="continuationSeparator" w:id="0">
    <w:p w14:paraId="3D307808" w14:textId="77777777" w:rsidR="00076222" w:rsidRDefault="000762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7795429">
    <w:abstractNumId w:val="8"/>
  </w:num>
  <w:num w:numId="2" w16cid:durableId="1356346342">
    <w:abstractNumId w:val="6"/>
  </w:num>
  <w:num w:numId="3" w16cid:durableId="85468914">
    <w:abstractNumId w:val="5"/>
  </w:num>
  <w:num w:numId="4" w16cid:durableId="1461142478">
    <w:abstractNumId w:val="4"/>
  </w:num>
  <w:num w:numId="5" w16cid:durableId="591855878">
    <w:abstractNumId w:val="7"/>
  </w:num>
  <w:num w:numId="6" w16cid:durableId="1998997311">
    <w:abstractNumId w:val="3"/>
  </w:num>
  <w:num w:numId="7" w16cid:durableId="920288384">
    <w:abstractNumId w:val="2"/>
  </w:num>
  <w:num w:numId="8" w16cid:durableId="1465000336">
    <w:abstractNumId w:val="1"/>
  </w:num>
  <w:num w:numId="9" w16cid:durableId="1215845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222"/>
    <w:rsid w:val="0015074B"/>
    <w:rsid w:val="00216114"/>
    <w:rsid w:val="0029639D"/>
    <w:rsid w:val="00326F90"/>
    <w:rsid w:val="0049459E"/>
    <w:rsid w:val="00AA1D8D"/>
    <w:rsid w:val="00B47730"/>
    <w:rsid w:val="00CB0664"/>
    <w:rsid w:val="00D93B98"/>
    <w:rsid w:val="00E31CCE"/>
    <w:rsid w:val="00E47303"/>
    <w:rsid w:val="00EA18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7E6DB2"/>
  <w14:defaultImageDpi w14:val="300"/>
  <w15:docId w15:val="{4768DC16-C288-4FE6-81DD-225D069F6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2781</Characters>
  <Application>Microsoft Office Word</Application>
  <DocSecurity>0</DocSecurity>
  <Lines>79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Josh Shackles</cp:lastModifiedBy>
  <cp:revision>3</cp:revision>
  <dcterms:created xsi:type="dcterms:W3CDTF">2026-06-04T13:45:00Z</dcterms:created>
  <dcterms:modified xsi:type="dcterms:W3CDTF">2026-06-04T14:06:00Z</dcterms:modified>
  <cp:category/>
</cp:coreProperties>
</file>